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415783" cy="1054303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creenshot 2026-09-01 095807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15783" cy="1054303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9" w:h="16834"/>
      <w:pgMar w:top="115" w:right="115" w:bottom="115" w:left="115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Balwen Membership Form - Exact Format</dc:title>
  <dc:subject>One-page Word document preserving the supplied membership form design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